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7B23D" w14:textId="4F0DF5B4" w:rsidR="001B6107" w:rsidRPr="00623076" w:rsidRDefault="00000000" w:rsidP="00623076">
      <w:pPr>
        <w:pStyle w:val="berschrift1"/>
        <w:rPr>
          <w:rFonts w:cstheme="majorHAnsi"/>
        </w:rPr>
      </w:pPr>
      <w:r w:rsidRPr="00623076">
        <w:rPr>
          <w:rFonts w:cstheme="majorHAnsi"/>
        </w:rPr>
        <w:t>Word- und Office-</w:t>
      </w:r>
      <w:proofErr w:type="spellStart"/>
      <w:r w:rsidR="00623076" w:rsidRPr="00623076">
        <w:rPr>
          <w:rFonts w:cstheme="majorHAnsi"/>
        </w:rPr>
        <w:t>Tastenkürzel</w:t>
      </w:r>
      <w:proofErr w:type="spellEnd"/>
      <w:r w:rsidRPr="00623076">
        <w:rPr>
          <w:rFonts w:cstheme="majorHAnsi"/>
        </w:rPr>
        <w:t xml:space="preserve"> </w:t>
      </w:r>
    </w:p>
    <w:p w14:paraId="1E66DEAE" w14:textId="00000345" w:rsidR="00623076" w:rsidRDefault="00623076" w:rsidP="00623076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>Du</w:t>
      </w:r>
      <w:r>
        <w:rPr>
          <w:rFonts w:asciiTheme="majorHAnsi" w:hAnsiTheme="majorHAnsi" w:cstheme="majorHAnsi"/>
          <w:lang w:val="de-CH"/>
        </w:rPr>
        <w:t xml:space="preserve"> kannst einen kurzen Pseudo-Latein Text erzeugen, indem du «=</w:t>
      </w:r>
      <w:proofErr w:type="spellStart"/>
      <w:proofErr w:type="gramStart"/>
      <w:r>
        <w:rPr>
          <w:rFonts w:asciiTheme="majorHAnsi" w:hAnsiTheme="majorHAnsi" w:cstheme="majorHAnsi"/>
          <w:lang w:val="de-CH"/>
        </w:rPr>
        <w:t>lorem</w:t>
      </w:r>
      <w:proofErr w:type="spellEnd"/>
      <w:r>
        <w:rPr>
          <w:rFonts w:asciiTheme="majorHAnsi" w:hAnsiTheme="majorHAnsi" w:cstheme="majorHAnsi"/>
          <w:lang w:val="de-CH"/>
        </w:rPr>
        <w:t>(</w:t>
      </w:r>
      <w:proofErr w:type="gramEnd"/>
      <w:r>
        <w:rPr>
          <w:rFonts w:asciiTheme="majorHAnsi" w:hAnsiTheme="majorHAnsi" w:cstheme="majorHAnsi"/>
          <w:lang w:val="de-CH"/>
        </w:rPr>
        <w:t xml:space="preserve">10)» eingibst und Enter drückst. Tue dies in der nächsten Zeile. Die 10 steht dabei für 10 Absätze. </w:t>
      </w:r>
    </w:p>
    <w:p w14:paraId="41CC3C43" w14:textId="77777777" w:rsidR="00494604" w:rsidRPr="00494604" w:rsidRDefault="00494604" w:rsidP="00623076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fr-CH"/>
        </w:rPr>
      </w:pPr>
    </w:p>
    <w:p w14:paraId="50CE0D42" w14:textId="371E3B37" w:rsidR="00623076" w:rsidRPr="001158EB" w:rsidRDefault="00623076" w:rsidP="00623076">
      <w:pPr>
        <w:pStyle w:val="Listennummer"/>
        <w:numPr>
          <w:ilvl w:val="0"/>
          <w:numId w:val="0"/>
        </w:numPr>
        <w:ind w:left="360" w:hanging="360"/>
        <w:rPr>
          <w:rFonts w:asciiTheme="majorHAnsi" w:hAnsiTheme="majorHAnsi" w:cstheme="majorHAnsi"/>
          <w:b/>
          <w:bCs/>
          <w:lang w:val="de-CH"/>
        </w:rPr>
      </w:pPr>
      <w:r w:rsidRPr="001158EB">
        <w:rPr>
          <w:rFonts w:asciiTheme="majorHAnsi" w:hAnsiTheme="majorHAnsi" w:cstheme="majorHAnsi"/>
          <w:b/>
          <w:bCs/>
          <w:lang w:val="de-CH"/>
        </w:rPr>
        <w:t>Nutze den Pseudo-Latein Text für die nächsten Aufgaben.</w:t>
      </w:r>
    </w:p>
    <w:p w14:paraId="4A124A87" w14:textId="6895C372" w:rsidR="001158EB" w:rsidRDefault="001158EB" w:rsidP="00623076">
      <w:pPr>
        <w:pStyle w:val="Listennummer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 xml:space="preserve">Markiere den gesamten Pseudo-Latein Text und verändere die Textausrichtung mit </w:t>
      </w:r>
      <w:r w:rsidR="00971AC5">
        <w:rPr>
          <w:rFonts w:asciiTheme="majorHAnsi" w:hAnsiTheme="majorHAnsi" w:cstheme="majorHAnsi"/>
          <w:lang w:val="de-CH"/>
        </w:rPr>
        <w:t>[</w:t>
      </w:r>
      <w:proofErr w:type="spellStart"/>
      <w:r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971AC5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E</w:t>
      </w:r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 xml:space="preserve"> (zentriert), </w:t>
      </w:r>
      <w:r w:rsidR="00971AC5">
        <w:rPr>
          <w:rFonts w:asciiTheme="majorHAnsi" w:hAnsiTheme="majorHAnsi" w:cstheme="majorHAnsi"/>
          <w:lang w:val="de-CH"/>
        </w:rPr>
        <w:t>[</w:t>
      </w:r>
      <w:proofErr w:type="spellStart"/>
      <w:r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971AC5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L</w:t>
      </w:r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 xml:space="preserve"> (linksbündig), 2x </w:t>
      </w:r>
      <w:r w:rsidR="00971AC5">
        <w:rPr>
          <w:rFonts w:asciiTheme="majorHAnsi" w:hAnsiTheme="majorHAnsi" w:cstheme="majorHAnsi"/>
          <w:lang w:val="de-CH"/>
        </w:rPr>
        <w:t>[</w:t>
      </w:r>
      <w:proofErr w:type="spellStart"/>
      <w:r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971AC5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L</w:t>
      </w:r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 xml:space="preserve"> (Blocksatz), </w:t>
      </w:r>
      <w:r w:rsidR="00971AC5">
        <w:rPr>
          <w:rFonts w:asciiTheme="majorHAnsi" w:hAnsiTheme="majorHAnsi" w:cstheme="majorHAnsi"/>
          <w:lang w:val="de-CH"/>
        </w:rPr>
        <w:t>[</w:t>
      </w:r>
      <w:proofErr w:type="spellStart"/>
      <w:r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971AC5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R</w:t>
      </w:r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 xml:space="preserve"> (rechtsbündig).</w:t>
      </w:r>
    </w:p>
    <w:p w14:paraId="2524E209" w14:textId="6BFFA964" w:rsidR="00623076" w:rsidRPr="00623076" w:rsidRDefault="00000000" w:rsidP="00623076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>Markiere ein einzelnes Wort mit Doppelklick.</w:t>
      </w:r>
    </w:p>
    <w:p w14:paraId="1D282D97" w14:textId="55EC1E2F" w:rsidR="001B6107" w:rsidRPr="00623076" w:rsidRDefault="00000000" w:rsidP="00623076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>Markiere einen ganzen Absatz mit Dreifachklick.</w:t>
      </w:r>
    </w:p>
    <w:p w14:paraId="2969C1B7" w14:textId="059087D7" w:rsidR="001B6107" w:rsidRDefault="00623076">
      <w:pPr>
        <w:pStyle w:val="Listennummer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 xml:space="preserve">Markiere 3 Wörter an verschiedenen Stellen im Text, indem du beim Markieren mit Doppelklick die </w:t>
      </w:r>
      <w:r w:rsidR="00971AC5">
        <w:rPr>
          <w:rFonts w:asciiTheme="majorHAnsi" w:hAnsiTheme="majorHAnsi" w:cstheme="majorHAnsi"/>
          <w:lang w:val="de-CH"/>
        </w:rPr>
        <w:t>[</w:t>
      </w:r>
      <w:proofErr w:type="spellStart"/>
      <w:r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-Taste</w:t>
      </w:r>
      <w:r w:rsidRPr="00623076">
        <w:rPr>
          <w:rFonts w:asciiTheme="majorHAnsi" w:hAnsiTheme="majorHAnsi" w:cstheme="majorHAnsi"/>
          <w:lang w:val="de-CH"/>
        </w:rPr>
        <w:t xml:space="preserve"> gedrückt </w:t>
      </w:r>
      <w:r>
        <w:rPr>
          <w:rFonts w:asciiTheme="majorHAnsi" w:hAnsiTheme="majorHAnsi" w:cstheme="majorHAnsi"/>
          <w:lang w:val="de-CH"/>
        </w:rPr>
        <w:t>häl</w:t>
      </w:r>
      <w:r w:rsidR="00971AC5">
        <w:rPr>
          <w:rFonts w:asciiTheme="majorHAnsi" w:hAnsiTheme="majorHAnsi" w:cstheme="majorHAnsi"/>
          <w:lang w:val="de-CH"/>
        </w:rPr>
        <w:t>t</w:t>
      </w:r>
      <w:r>
        <w:rPr>
          <w:rFonts w:asciiTheme="majorHAnsi" w:hAnsiTheme="majorHAnsi" w:cstheme="majorHAnsi"/>
          <w:lang w:val="de-CH"/>
        </w:rPr>
        <w:t>st</w:t>
      </w:r>
      <w:r w:rsidRPr="00623076">
        <w:rPr>
          <w:rFonts w:asciiTheme="majorHAnsi" w:hAnsiTheme="majorHAnsi" w:cstheme="majorHAnsi"/>
          <w:lang w:val="de-CH"/>
        </w:rPr>
        <w:t xml:space="preserve"> (Mehrfachauswahl).</w:t>
      </w:r>
    </w:p>
    <w:p w14:paraId="058CFA19" w14:textId="05D0C30A" w:rsidR="00623076" w:rsidRDefault="00623076">
      <w:pPr>
        <w:pStyle w:val="Listennummer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 xml:space="preserve">Formatiere die 3 markierten Wörter </w:t>
      </w:r>
      <w:r w:rsidRPr="00971AC5">
        <w:rPr>
          <w:rFonts w:asciiTheme="majorHAnsi" w:hAnsiTheme="majorHAnsi" w:cstheme="majorHAnsi"/>
          <w:b/>
          <w:bCs/>
          <w:lang w:val="de-CH"/>
        </w:rPr>
        <w:t>fett</w:t>
      </w:r>
      <w:r>
        <w:rPr>
          <w:rFonts w:asciiTheme="majorHAnsi" w:hAnsiTheme="majorHAnsi" w:cstheme="majorHAnsi"/>
          <w:lang w:val="de-CH"/>
        </w:rPr>
        <w:t xml:space="preserve"> mit</w:t>
      </w:r>
      <w:r w:rsidR="00971AC5">
        <w:rPr>
          <w:rFonts w:asciiTheme="majorHAnsi" w:hAnsiTheme="majorHAnsi" w:cstheme="majorHAnsi"/>
          <w:lang w:val="de-CH"/>
        </w:rPr>
        <w:t xml:space="preserve"> [</w:t>
      </w:r>
      <w:proofErr w:type="spellStart"/>
      <w:r w:rsidR="00971AC5"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971AC5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B</w:t>
      </w:r>
      <w:r w:rsidR="00971AC5">
        <w:rPr>
          <w:rFonts w:asciiTheme="majorHAnsi" w:hAnsiTheme="majorHAnsi" w:cstheme="majorHAnsi"/>
          <w:lang w:val="de-CH"/>
        </w:rPr>
        <w:t>]</w:t>
      </w:r>
      <w:r w:rsidR="00093799">
        <w:rPr>
          <w:rFonts w:asciiTheme="majorHAnsi" w:hAnsiTheme="majorHAnsi" w:cstheme="majorHAnsi"/>
          <w:lang w:val="de-CH"/>
        </w:rPr>
        <w:t xml:space="preserve"> (B für engl. </w:t>
      </w:r>
      <w:proofErr w:type="spellStart"/>
      <w:r w:rsidR="00093799">
        <w:rPr>
          <w:rFonts w:asciiTheme="majorHAnsi" w:hAnsiTheme="majorHAnsi" w:cstheme="majorHAnsi"/>
          <w:lang w:val="de-CH"/>
        </w:rPr>
        <w:t>Bold</w:t>
      </w:r>
      <w:proofErr w:type="spellEnd"/>
      <w:r w:rsidR="00093799">
        <w:rPr>
          <w:rFonts w:asciiTheme="majorHAnsi" w:hAnsiTheme="majorHAnsi" w:cstheme="majorHAnsi"/>
          <w:lang w:val="de-CH"/>
        </w:rPr>
        <w:t>)</w:t>
      </w:r>
      <w:r>
        <w:rPr>
          <w:rFonts w:asciiTheme="majorHAnsi" w:hAnsiTheme="majorHAnsi" w:cstheme="majorHAnsi"/>
          <w:lang w:val="de-CH"/>
        </w:rPr>
        <w:t>.</w:t>
      </w:r>
    </w:p>
    <w:p w14:paraId="28BC7CFE" w14:textId="379A9221" w:rsidR="00093799" w:rsidRPr="00093799" w:rsidRDefault="00093799" w:rsidP="001B7E62">
      <w:pPr>
        <w:pStyle w:val="Listennummer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>Markiere ein beliebiges Wort und formatiere es kursiv mit</w:t>
      </w:r>
      <w:r w:rsidR="00971AC5">
        <w:rPr>
          <w:rFonts w:asciiTheme="majorHAnsi" w:hAnsiTheme="majorHAnsi" w:cstheme="majorHAnsi"/>
          <w:lang w:val="de-CH"/>
        </w:rPr>
        <w:t xml:space="preserve"> [</w:t>
      </w:r>
      <w:proofErr w:type="spellStart"/>
      <w:r w:rsidR="00971AC5"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971AC5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I</w:t>
      </w:r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 xml:space="preserve"> (I für engl. Italic).</w:t>
      </w:r>
    </w:p>
    <w:p w14:paraId="5939445F" w14:textId="4A088AE2" w:rsidR="001B6107" w:rsidRPr="001B7E62" w:rsidRDefault="00000000" w:rsidP="001B7E62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>Bewege den Cursor an den Anfang</w:t>
      </w:r>
      <w:r w:rsidR="00623076">
        <w:rPr>
          <w:rFonts w:asciiTheme="majorHAnsi" w:hAnsiTheme="majorHAnsi" w:cstheme="majorHAnsi"/>
          <w:lang w:val="de-CH"/>
        </w:rPr>
        <w:t xml:space="preserve"> des Texts</w:t>
      </w:r>
      <w:r w:rsidRPr="00623076">
        <w:rPr>
          <w:rFonts w:asciiTheme="majorHAnsi" w:hAnsiTheme="majorHAnsi" w:cstheme="majorHAnsi"/>
          <w:lang w:val="de-CH"/>
        </w:rPr>
        <w:t>. Halte [Shift] gedrückt und verwende die Pfeiltasten</w:t>
      </w:r>
      <w:r w:rsidR="00623076">
        <w:rPr>
          <w:rFonts w:asciiTheme="majorHAnsi" w:hAnsiTheme="majorHAnsi" w:cstheme="majorHAnsi"/>
          <w:lang w:val="de-CH"/>
        </w:rPr>
        <w:t xml:space="preserve"> nach rechts</w:t>
      </w:r>
      <w:r w:rsidRPr="00623076">
        <w:rPr>
          <w:rFonts w:asciiTheme="majorHAnsi" w:hAnsiTheme="majorHAnsi" w:cstheme="majorHAnsi"/>
          <w:lang w:val="de-CH"/>
        </w:rPr>
        <w:t>, um nur d</w:t>
      </w:r>
      <w:r w:rsidR="00623076">
        <w:rPr>
          <w:rFonts w:asciiTheme="majorHAnsi" w:hAnsiTheme="majorHAnsi" w:cstheme="majorHAnsi"/>
          <w:lang w:val="de-CH"/>
        </w:rPr>
        <w:t>ie</w:t>
      </w:r>
      <w:r w:rsidRPr="00623076">
        <w:rPr>
          <w:rFonts w:asciiTheme="majorHAnsi" w:hAnsiTheme="majorHAnsi" w:cstheme="majorHAnsi"/>
          <w:lang w:val="de-CH"/>
        </w:rPr>
        <w:t xml:space="preserve"> erst</w:t>
      </w:r>
      <w:r w:rsidR="00623076">
        <w:rPr>
          <w:rFonts w:asciiTheme="majorHAnsi" w:hAnsiTheme="majorHAnsi" w:cstheme="majorHAnsi"/>
          <w:lang w:val="de-CH"/>
        </w:rPr>
        <w:t>en drei Wörter</w:t>
      </w:r>
      <w:r w:rsidRPr="00623076">
        <w:rPr>
          <w:rFonts w:asciiTheme="majorHAnsi" w:hAnsiTheme="majorHAnsi" w:cstheme="majorHAnsi"/>
          <w:lang w:val="de-CH"/>
        </w:rPr>
        <w:t xml:space="preserve"> des Satzes zu markieren</w:t>
      </w:r>
      <w:r w:rsidR="001B7E62">
        <w:rPr>
          <w:rFonts w:asciiTheme="majorHAnsi" w:hAnsiTheme="majorHAnsi" w:cstheme="majorHAnsi"/>
          <w:lang w:val="de-CH"/>
        </w:rPr>
        <w:t>. Unterstreiche den markierten Text mit</w:t>
      </w:r>
      <w:r w:rsidR="00971AC5">
        <w:rPr>
          <w:rFonts w:asciiTheme="majorHAnsi" w:hAnsiTheme="majorHAnsi" w:cstheme="majorHAnsi"/>
          <w:lang w:val="de-CH"/>
        </w:rPr>
        <w:t xml:space="preserve"> [</w:t>
      </w:r>
      <w:proofErr w:type="spellStart"/>
      <w:r w:rsidR="00971AC5"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 w:rsidR="001B7E62">
        <w:rPr>
          <w:rFonts w:asciiTheme="majorHAnsi" w:hAnsiTheme="majorHAnsi" w:cstheme="majorHAnsi"/>
          <w:lang w:val="de-CH"/>
        </w:rPr>
        <w:t>+</w:t>
      </w:r>
      <w:r w:rsidR="00971AC5">
        <w:rPr>
          <w:rFonts w:asciiTheme="majorHAnsi" w:hAnsiTheme="majorHAnsi" w:cstheme="majorHAnsi"/>
          <w:lang w:val="de-CH"/>
        </w:rPr>
        <w:t>[</w:t>
      </w:r>
      <w:r w:rsidR="001B7E62">
        <w:rPr>
          <w:rFonts w:asciiTheme="majorHAnsi" w:hAnsiTheme="majorHAnsi" w:cstheme="majorHAnsi"/>
          <w:lang w:val="de-CH"/>
        </w:rPr>
        <w:t>U</w:t>
      </w:r>
      <w:r w:rsidR="00971AC5">
        <w:rPr>
          <w:rFonts w:asciiTheme="majorHAnsi" w:hAnsiTheme="majorHAnsi" w:cstheme="majorHAnsi"/>
          <w:lang w:val="de-CH"/>
        </w:rPr>
        <w:t>]</w:t>
      </w:r>
      <w:r w:rsidR="001B7E62">
        <w:rPr>
          <w:rFonts w:asciiTheme="majorHAnsi" w:hAnsiTheme="majorHAnsi" w:cstheme="majorHAnsi"/>
          <w:lang w:val="de-CH"/>
        </w:rPr>
        <w:t xml:space="preserve"> (U für engl. </w:t>
      </w:r>
      <w:proofErr w:type="spellStart"/>
      <w:r w:rsidR="001B7E62">
        <w:rPr>
          <w:rFonts w:asciiTheme="majorHAnsi" w:hAnsiTheme="majorHAnsi" w:cstheme="majorHAnsi"/>
          <w:lang w:val="de-CH"/>
        </w:rPr>
        <w:t>Underline</w:t>
      </w:r>
      <w:proofErr w:type="spellEnd"/>
      <w:r w:rsidR="001B7E62">
        <w:rPr>
          <w:rFonts w:asciiTheme="majorHAnsi" w:hAnsiTheme="majorHAnsi" w:cstheme="majorHAnsi"/>
          <w:lang w:val="de-CH"/>
        </w:rPr>
        <w:t>).</w:t>
      </w:r>
    </w:p>
    <w:p w14:paraId="0500E7E0" w14:textId="4A35B0A2" w:rsidR="001B6107" w:rsidRDefault="00971AC5">
      <w:pPr>
        <w:pStyle w:val="Listennummer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>Markiere einen Satz im</w:t>
      </w:r>
      <w:r w:rsidRPr="00623076">
        <w:rPr>
          <w:rFonts w:asciiTheme="majorHAnsi" w:hAnsiTheme="majorHAnsi" w:cstheme="majorHAnsi"/>
          <w:lang w:val="de-CH"/>
        </w:rPr>
        <w:t xml:space="preserve"> Text</w:t>
      </w:r>
      <w:r>
        <w:rPr>
          <w:rFonts w:asciiTheme="majorHAnsi" w:hAnsiTheme="majorHAnsi" w:cstheme="majorHAnsi"/>
          <w:lang w:val="de-CH"/>
        </w:rPr>
        <w:t>, kopiere ihn</w:t>
      </w:r>
      <w:r w:rsidRPr="00623076">
        <w:rPr>
          <w:rFonts w:asciiTheme="majorHAnsi" w:hAnsiTheme="majorHAnsi" w:cstheme="majorHAnsi"/>
          <w:lang w:val="de-CH"/>
        </w:rPr>
        <w:t xml:space="preserve"> mit [</w:t>
      </w:r>
      <w:proofErr w:type="spellStart"/>
      <w:r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Pr="00623076">
        <w:rPr>
          <w:rFonts w:asciiTheme="majorHAnsi" w:hAnsiTheme="majorHAnsi" w:cstheme="majorHAnsi"/>
          <w:lang w:val="de-CH"/>
        </w:rPr>
        <w:t>] + [C]</w:t>
      </w:r>
      <w:r w:rsidR="00623076">
        <w:rPr>
          <w:rFonts w:asciiTheme="majorHAnsi" w:hAnsiTheme="majorHAnsi" w:cstheme="majorHAnsi"/>
          <w:lang w:val="de-CH"/>
        </w:rPr>
        <w:t xml:space="preserve"> und f</w:t>
      </w:r>
      <w:r w:rsidRPr="00623076">
        <w:rPr>
          <w:rFonts w:asciiTheme="majorHAnsi" w:hAnsiTheme="majorHAnsi" w:cstheme="majorHAnsi"/>
          <w:lang w:val="de-CH"/>
        </w:rPr>
        <w:t>üge ihn mit [</w:t>
      </w:r>
      <w:proofErr w:type="spellStart"/>
      <w:r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Pr="00623076">
        <w:rPr>
          <w:rFonts w:asciiTheme="majorHAnsi" w:hAnsiTheme="majorHAnsi" w:cstheme="majorHAnsi"/>
          <w:lang w:val="de-CH"/>
        </w:rPr>
        <w:t xml:space="preserve">] + [V] </w:t>
      </w:r>
      <w:r w:rsidR="00623076">
        <w:rPr>
          <w:rFonts w:asciiTheme="majorHAnsi" w:hAnsiTheme="majorHAnsi" w:cstheme="majorHAnsi"/>
          <w:lang w:val="de-CH"/>
        </w:rPr>
        <w:t>hier</w:t>
      </w:r>
      <w:r w:rsidR="00093799">
        <w:rPr>
          <w:rFonts w:asciiTheme="majorHAnsi" w:hAnsiTheme="majorHAnsi" w:cstheme="majorHAnsi"/>
          <w:lang w:val="de-CH"/>
        </w:rPr>
        <w:t xml:space="preserve"> </w:t>
      </w:r>
      <w:r w:rsidRPr="00623076">
        <w:rPr>
          <w:rFonts w:asciiTheme="majorHAnsi" w:hAnsiTheme="majorHAnsi" w:cstheme="majorHAnsi"/>
          <w:lang w:val="de-CH"/>
        </w:rPr>
        <w:t>ein</w:t>
      </w:r>
      <w:r w:rsidR="00093799">
        <w:rPr>
          <w:rFonts w:asciiTheme="majorHAnsi" w:hAnsiTheme="majorHAnsi" w:cstheme="majorHAnsi"/>
          <w:lang w:val="de-CH"/>
        </w:rPr>
        <w:t>:</w:t>
      </w:r>
    </w:p>
    <w:p w14:paraId="6AA6F056" w14:textId="77777777" w:rsidR="00093799" w:rsidRPr="00623076" w:rsidRDefault="00093799" w:rsidP="00093799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</w:p>
    <w:p w14:paraId="411F594A" w14:textId="6D46ABEB" w:rsidR="00093799" w:rsidRPr="00623076" w:rsidRDefault="00000000" w:rsidP="00093799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 xml:space="preserve">Markiere einen </w:t>
      </w:r>
      <w:r w:rsidR="00093799">
        <w:rPr>
          <w:rFonts w:asciiTheme="majorHAnsi" w:hAnsiTheme="majorHAnsi" w:cstheme="majorHAnsi"/>
          <w:lang w:val="de-CH"/>
        </w:rPr>
        <w:t xml:space="preserve">Satz </w:t>
      </w:r>
      <w:r w:rsidR="00D86446">
        <w:rPr>
          <w:rFonts w:asciiTheme="majorHAnsi" w:hAnsiTheme="majorHAnsi" w:cstheme="majorHAnsi"/>
          <w:lang w:val="de-CH"/>
        </w:rPr>
        <w:t>im</w:t>
      </w:r>
      <w:r w:rsidR="00D86446" w:rsidRPr="00623076">
        <w:rPr>
          <w:rFonts w:asciiTheme="majorHAnsi" w:hAnsiTheme="majorHAnsi" w:cstheme="majorHAnsi"/>
          <w:lang w:val="de-CH"/>
        </w:rPr>
        <w:t xml:space="preserve"> Text</w:t>
      </w:r>
      <w:r w:rsidR="00093799">
        <w:rPr>
          <w:rFonts w:asciiTheme="majorHAnsi" w:hAnsiTheme="majorHAnsi" w:cstheme="majorHAnsi"/>
          <w:lang w:val="de-CH"/>
        </w:rPr>
        <w:t>, indem du zunächst an den Anfang des Satzes klickst, Shift gedrückt häl</w:t>
      </w:r>
      <w:r w:rsidR="001B7E62">
        <w:rPr>
          <w:rFonts w:asciiTheme="majorHAnsi" w:hAnsiTheme="majorHAnsi" w:cstheme="majorHAnsi"/>
          <w:lang w:val="de-CH"/>
        </w:rPr>
        <w:t>t</w:t>
      </w:r>
      <w:r w:rsidR="00093799">
        <w:rPr>
          <w:rFonts w:asciiTheme="majorHAnsi" w:hAnsiTheme="majorHAnsi" w:cstheme="majorHAnsi"/>
          <w:lang w:val="de-CH"/>
        </w:rPr>
        <w:t>st und dann an das Ende des Satzes klickst. S</w:t>
      </w:r>
      <w:r w:rsidRPr="00623076">
        <w:rPr>
          <w:rFonts w:asciiTheme="majorHAnsi" w:hAnsiTheme="majorHAnsi" w:cstheme="majorHAnsi"/>
          <w:lang w:val="de-CH"/>
        </w:rPr>
        <w:t xml:space="preserve">chneide </w:t>
      </w:r>
      <w:r w:rsidR="00093799">
        <w:rPr>
          <w:rFonts w:asciiTheme="majorHAnsi" w:hAnsiTheme="majorHAnsi" w:cstheme="majorHAnsi"/>
          <w:lang w:val="de-CH"/>
        </w:rPr>
        <w:t>den Satz</w:t>
      </w:r>
      <w:r w:rsidRPr="00623076">
        <w:rPr>
          <w:rFonts w:asciiTheme="majorHAnsi" w:hAnsiTheme="majorHAnsi" w:cstheme="majorHAnsi"/>
          <w:lang w:val="de-CH"/>
        </w:rPr>
        <w:t xml:space="preserve"> mit [</w:t>
      </w:r>
      <w:proofErr w:type="spellStart"/>
      <w:r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Pr="00623076">
        <w:rPr>
          <w:rFonts w:asciiTheme="majorHAnsi" w:hAnsiTheme="majorHAnsi" w:cstheme="majorHAnsi"/>
          <w:lang w:val="de-CH"/>
        </w:rPr>
        <w:t>] + [X] aus</w:t>
      </w:r>
      <w:r w:rsidR="00093799">
        <w:rPr>
          <w:rFonts w:asciiTheme="majorHAnsi" w:hAnsiTheme="majorHAnsi" w:cstheme="majorHAnsi"/>
          <w:lang w:val="de-CH"/>
        </w:rPr>
        <w:t xml:space="preserve"> und füge ihn hier </w:t>
      </w:r>
      <w:r w:rsidR="00093799" w:rsidRPr="00623076">
        <w:rPr>
          <w:rFonts w:asciiTheme="majorHAnsi" w:hAnsiTheme="majorHAnsi" w:cstheme="majorHAnsi"/>
          <w:lang w:val="de-CH"/>
        </w:rPr>
        <w:t>mit [</w:t>
      </w:r>
      <w:proofErr w:type="spellStart"/>
      <w:r w:rsidR="00093799"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="00093799" w:rsidRPr="00623076">
        <w:rPr>
          <w:rFonts w:asciiTheme="majorHAnsi" w:hAnsiTheme="majorHAnsi" w:cstheme="majorHAnsi"/>
          <w:lang w:val="de-CH"/>
        </w:rPr>
        <w:t>] + [V] ein</w:t>
      </w:r>
      <w:r w:rsidR="00093799">
        <w:rPr>
          <w:rFonts w:asciiTheme="majorHAnsi" w:hAnsiTheme="majorHAnsi" w:cstheme="majorHAnsi"/>
          <w:lang w:val="de-CH"/>
        </w:rPr>
        <w:t>:</w:t>
      </w:r>
    </w:p>
    <w:p w14:paraId="0ECC3D6B" w14:textId="4483CE38" w:rsidR="001B6107" w:rsidRPr="00623076" w:rsidRDefault="001B6107" w:rsidP="00093799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</w:p>
    <w:p w14:paraId="757CAFCE" w14:textId="6B4C96F1" w:rsidR="00093799" w:rsidRPr="00093799" w:rsidRDefault="00000000" w:rsidP="00093799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>Verwende [</w:t>
      </w:r>
      <w:proofErr w:type="spellStart"/>
      <w:r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Pr="00623076">
        <w:rPr>
          <w:rFonts w:asciiTheme="majorHAnsi" w:hAnsiTheme="majorHAnsi" w:cstheme="majorHAnsi"/>
          <w:lang w:val="de-CH"/>
        </w:rPr>
        <w:t xml:space="preserve">] + [Z], um deine letzte Aktion rückgängig </w:t>
      </w:r>
      <w:r w:rsidR="001B7E62" w:rsidRPr="00623076">
        <w:rPr>
          <w:rFonts w:asciiTheme="majorHAnsi" w:hAnsiTheme="majorHAnsi" w:cstheme="majorHAnsi"/>
          <w:lang w:val="de-CH"/>
        </w:rPr>
        <w:t>zu machen</w:t>
      </w:r>
      <w:r w:rsidRPr="00623076">
        <w:rPr>
          <w:rFonts w:asciiTheme="majorHAnsi" w:hAnsiTheme="majorHAnsi" w:cstheme="majorHAnsi"/>
          <w:lang w:val="de-CH"/>
        </w:rPr>
        <w:t>.</w:t>
      </w:r>
    </w:p>
    <w:p w14:paraId="4C5CD875" w14:textId="1CAB2C56" w:rsidR="001B6107" w:rsidRPr="00093799" w:rsidRDefault="00000000" w:rsidP="00093799">
      <w:pPr>
        <w:pStyle w:val="Listennummer"/>
        <w:rPr>
          <w:rFonts w:asciiTheme="majorHAnsi" w:hAnsiTheme="majorHAnsi" w:cstheme="majorHAnsi"/>
          <w:lang w:val="de-CH"/>
        </w:rPr>
      </w:pPr>
      <w:r w:rsidRPr="00093799">
        <w:rPr>
          <w:rFonts w:asciiTheme="majorHAnsi" w:hAnsiTheme="majorHAnsi" w:cstheme="majorHAnsi"/>
          <w:lang w:val="de-CH"/>
        </w:rPr>
        <w:t>Nutze [</w:t>
      </w:r>
      <w:proofErr w:type="spellStart"/>
      <w:r w:rsidRPr="00093799">
        <w:rPr>
          <w:rFonts w:asciiTheme="majorHAnsi" w:hAnsiTheme="majorHAnsi" w:cstheme="majorHAnsi"/>
          <w:lang w:val="de-CH"/>
        </w:rPr>
        <w:t>Ctrl</w:t>
      </w:r>
      <w:proofErr w:type="spellEnd"/>
      <w:r w:rsidRPr="00093799">
        <w:rPr>
          <w:rFonts w:asciiTheme="majorHAnsi" w:hAnsiTheme="majorHAnsi" w:cstheme="majorHAnsi"/>
          <w:lang w:val="de-CH"/>
        </w:rPr>
        <w:t>] + [Y], um sie erneut auszuführen.</w:t>
      </w:r>
    </w:p>
    <w:p w14:paraId="20E8EF40" w14:textId="19994D7B" w:rsidR="001B6107" w:rsidRDefault="00000000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>Markiere den gesamten Text mit [</w:t>
      </w:r>
      <w:proofErr w:type="spellStart"/>
      <w:r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Pr="00623076">
        <w:rPr>
          <w:rFonts w:asciiTheme="majorHAnsi" w:hAnsiTheme="majorHAnsi" w:cstheme="majorHAnsi"/>
          <w:lang w:val="de-CH"/>
        </w:rPr>
        <w:t xml:space="preserve">] + [A] und </w:t>
      </w:r>
      <w:r w:rsidR="00093799">
        <w:rPr>
          <w:rFonts w:asciiTheme="majorHAnsi" w:hAnsiTheme="majorHAnsi" w:cstheme="majorHAnsi"/>
          <w:lang w:val="de-CH"/>
        </w:rPr>
        <w:t>ändere die Schriftart auf Arial.</w:t>
      </w:r>
    </w:p>
    <w:p w14:paraId="64405B76" w14:textId="4C371AF5" w:rsidR="001B6107" w:rsidRPr="00623076" w:rsidRDefault="00000000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>Speichere dein Dokument mit [</w:t>
      </w:r>
      <w:proofErr w:type="spellStart"/>
      <w:r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Pr="00623076">
        <w:rPr>
          <w:rFonts w:asciiTheme="majorHAnsi" w:hAnsiTheme="majorHAnsi" w:cstheme="majorHAnsi"/>
          <w:lang w:val="de-CH"/>
        </w:rPr>
        <w:t>]</w:t>
      </w:r>
      <w:r w:rsidR="007A104A">
        <w:rPr>
          <w:rFonts w:asciiTheme="majorHAnsi" w:hAnsiTheme="majorHAnsi" w:cstheme="majorHAnsi"/>
          <w:lang w:val="de-CH"/>
        </w:rPr>
        <w:t>+[Shift]</w:t>
      </w:r>
      <w:r w:rsidRPr="00623076">
        <w:rPr>
          <w:rFonts w:asciiTheme="majorHAnsi" w:hAnsiTheme="majorHAnsi" w:cstheme="majorHAnsi"/>
          <w:lang w:val="de-CH"/>
        </w:rPr>
        <w:t xml:space="preserve">+[S] </w:t>
      </w:r>
      <w:r w:rsidR="00D62FC2">
        <w:rPr>
          <w:rFonts w:asciiTheme="majorHAnsi" w:hAnsiTheme="majorHAnsi" w:cstheme="majorHAnsi"/>
          <w:lang w:val="de-CH"/>
        </w:rPr>
        <w:t xml:space="preserve">(«Speichern unter») </w:t>
      </w:r>
      <w:r w:rsidRPr="00623076">
        <w:rPr>
          <w:rFonts w:asciiTheme="majorHAnsi" w:hAnsiTheme="majorHAnsi" w:cstheme="majorHAnsi"/>
          <w:lang w:val="de-CH"/>
        </w:rPr>
        <w:t>unter dem Namen 'Word-Übung'</w:t>
      </w:r>
      <w:r w:rsidR="00A22D14">
        <w:rPr>
          <w:rFonts w:asciiTheme="majorHAnsi" w:hAnsiTheme="majorHAnsi" w:cstheme="majorHAnsi"/>
          <w:lang w:val="de-CH"/>
        </w:rPr>
        <w:t xml:space="preserve"> im Informatik Ordner</w:t>
      </w:r>
      <w:r w:rsidRPr="00623076">
        <w:rPr>
          <w:rFonts w:asciiTheme="majorHAnsi" w:hAnsiTheme="majorHAnsi" w:cstheme="majorHAnsi"/>
          <w:lang w:val="de-CH"/>
        </w:rPr>
        <w:t>.</w:t>
      </w:r>
    </w:p>
    <w:p w14:paraId="1401A7E5" w14:textId="1C49C5E9" w:rsidR="001B6107" w:rsidRPr="00494604" w:rsidRDefault="00000000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>Suche mit [</w:t>
      </w:r>
      <w:proofErr w:type="spellStart"/>
      <w:r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Pr="00623076">
        <w:rPr>
          <w:rFonts w:asciiTheme="majorHAnsi" w:hAnsiTheme="majorHAnsi" w:cstheme="majorHAnsi"/>
          <w:lang w:val="de-CH"/>
        </w:rPr>
        <w:t>] + [F] nach</w:t>
      </w:r>
      <w:r w:rsidR="00494604">
        <w:rPr>
          <w:rFonts w:asciiTheme="majorHAnsi" w:hAnsiTheme="majorHAnsi" w:cstheme="majorHAnsi"/>
          <w:lang w:val="de-CH"/>
        </w:rPr>
        <w:t xml:space="preserve"> dem Wort «</w:t>
      </w:r>
      <w:proofErr w:type="spellStart"/>
      <w:r w:rsidR="00494604">
        <w:rPr>
          <w:rFonts w:asciiTheme="majorHAnsi" w:hAnsiTheme="majorHAnsi" w:cstheme="majorHAnsi"/>
          <w:lang w:val="de-CH"/>
        </w:rPr>
        <w:t>ipsum</w:t>
      </w:r>
      <w:proofErr w:type="spellEnd"/>
      <w:r w:rsidR="00494604">
        <w:rPr>
          <w:rFonts w:asciiTheme="majorHAnsi" w:hAnsiTheme="majorHAnsi" w:cstheme="majorHAnsi"/>
          <w:lang w:val="de-CH"/>
        </w:rPr>
        <w:t>»</w:t>
      </w:r>
      <w:r w:rsidRPr="00623076">
        <w:rPr>
          <w:rFonts w:asciiTheme="majorHAnsi" w:hAnsiTheme="majorHAnsi" w:cstheme="majorHAnsi"/>
          <w:lang w:val="de-CH"/>
        </w:rPr>
        <w:t xml:space="preserve"> in d</w:t>
      </w:r>
      <w:r w:rsidR="00494604">
        <w:rPr>
          <w:rFonts w:asciiTheme="majorHAnsi" w:hAnsiTheme="majorHAnsi" w:cstheme="majorHAnsi"/>
          <w:lang w:val="de-CH"/>
        </w:rPr>
        <w:t>iesem Dokument</w:t>
      </w:r>
      <w:r w:rsidRPr="00623076">
        <w:rPr>
          <w:rFonts w:asciiTheme="majorHAnsi" w:hAnsiTheme="majorHAnsi" w:cstheme="majorHAnsi"/>
          <w:lang w:val="de-CH"/>
        </w:rPr>
        <w:t>.</w:t>
      </w:r>
      <w:r w:rsidR="00494604">
        <w:rPr>
          <w:rFonts w:asciiTheme="majorHAnsi" w:hAnsiTheme="majorHAnsi" w:cstheme="majorHAnsi"/>
          <w:lang w:val="de-CH"/>
        </w:rPr>
        <w:t xml:space="preserve"> </w:t>
      </w:r>
      <w:r w:rsidRPr="00623076">
        <w:rPr>
          <w:rFonts w:asciiTheme="majorHAnsi" w:hAnsiTheme="majorHAnsi" w:cstheme="majorHAnsi"/>
          <w:lang w:val="de-CH"/>
        </w:rPr>
        <w:t>Verwende [Enter], um zum nächsten Fund zu springen.</w:t>
      </w:r>
      <w:r w:rsidR="00494604">
        <w:rPr>
          <w:rFonts w:asciiTheme="majorHAnsi" w:hAnsiTheme="majorHAnsi" w:cstheme="majorHAnsi"/>
          <w:lang w:val="de-CH"/>
        </w:rPr>
        <w:t xml:space="preserve"> </w:t>
      </w:r>
      <w:r w:rsidRPr="00494604">
        <w:rPr>
          <w:rFonts w:asciiTheme="majorHAnsi" w:hAnsiTheme="majorHAnsi" w:cstheme="majorHAnsi"/>
          <w:lang w:val="de-CH"/>
        </w:rPr>
        <w:t>Beende die Suche mit [</w:t>
      </w:r>
      <w:proofErr w:type="spellStart"/>
      <w:r w:rsidRPr="00494604">
        <w:rPr>
          <w:rFonts w:asciiTheme="majorHAnsi" w:hAnsiTheme="majorHAnsi" w:cstheme="majorHAnsi"/>
          <w:lang w:val="de-CH"/>
        </w:rPr>
        <w:t>Esc</w:t>
      </w:r>
      <w:proofErr w:type="spellEnd"/>
      <w:r w:rsidRPr="00494604">
        <w:rPr>
          <w:rFonts w:asciiTheme="majorHAnsi" w:hAnsiTheme="majorHAnsi" w:cstheme="majorHAnsi"/>
          <w:lang w:val="de-CH"/>
        </w:rPr>
        <w:t>].</w:t>
      </w:r>
    </w:p>
    <w:p w14:paraId="5C5AD195" w14:textId="626542D4" w:rsidR="0076292A" w:rsidRDefault="00494604">
      <w:pPr>
        <w:pStyle w:val="Listennummer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 xml:space="preserve">Markiere die folgende </w:t>
      </w:r>
      <w:r w:rsidRPr="00623076">
        <w:rPr>
          <w:rFonts w:asciiTheme="majorHAnsi" w:hAnsiTheme="majorHAnsi" w:cstheme="majorHAnsi"/>
          <w:lang w:val="de-CH"/>
        </w:rPr>
        <w:t>URL</w:t>
      </w:r>
      <w:r>
        <w:rPr>
          <w:rFonts w:asciiTheme="majorHAnsi" w:hAnsiTheme="majorHAnsi" w:cstheme="majorHAnsi"/>
          <w:lang w:val="de-CH"/>
        </w:rPr>
        <w:t>. Kopiere Sie in die Zwischenablage mit</w:t>
      </w:r>
      <w:r w:rsidR="00971AC5">
        <w:rPr>
          <w:rFonts w:asciiTheme="majorHAnsi" w:hAnsiTheme="majorHAnsi" w:cstheme="majorHAnsi"/>
          <w:lang w:val="de-CH"/>
        </w:rPr>
        <w:t xml:space="preserve"> [</w:t>
      </w:r>
      <w:proofErr w:type="spellStart"/>
      <w:r w:rsidR="00971AC5"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6D1950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C</w:t>
      </w:r>
      <w:r w:rsidR="006D1950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. Füge einen Hyperlink in das Dokument ein mit</w:t>
      </w:r>
      <w:r w:rsidR="00971AC5">
        <w:rPr>
          <w:rFonts w:asciiTheme="majorHAnsi" w:hAnsiTheme="majorHAnsi" w:cstheme="majorHAnsi"/>
          <w:lang w:val="de-CH"/>
        </w:rPr>
        <w:t xml:space="preserve"> [</w:t>
      </w:r>
      <w:proofErr w:type="spellStart"/>
      <w:r w:rsidR="00971AC5"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6D1950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K</w:t>
      </w:r>
      <w:r w:rsidR="006D1950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. Füge die Adresse mit</w:t>
      </w:r>
      <w:r w:rsidR="00971AC5">
        <w:rPr>
          <w:rFonts w:asciiTheme="majorHAnsi" w:hAnsiTheme="majorHAnsi" w:cstheme="majorHAnsi"/>
          <w:lang w:val="de-CH"/>
        </w:rPr>
        <w:t xml:space="preserve"> [</w:t>
      </w:r>
      <w:proofErr w:type="spellStart"/>
      <w:r w:rsidR="00971AC5"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6D1950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V</w:t>
      </w:r>
      <w:r w:rsidR="006D1950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 xml:space="preserve"> ein</w:t>
      </w:r>
      <w:r w:rsidR="0076292A">
        <w:rPr>
          <w:rFonts w:asciiTheme="majorHAnsi" w:hAnsiTheme="majorHAnsi" w:cstheme="majorHAnsi"/>
          <w:lang w:val="de-CH"/>
        </w:rPr>
        <w:t xml:space="preserve"> und drücke Enter</w:t>
      </w:r>
      <w:r>
        <w:rPr>
          <w:rFonts w:asciiTheme="majorHAnsi" w:hAnsiTheme="majorHAnsi" w:cstheme="majorHAnsi"/>
          <w:lang w:val="de-CH"/>
        </w:rPr>
        <w:t>.</w:t>
      </w:r>
      <w:r w:rsidRPr="00623076">
        <w:rPr>
          <w:rFonts w:asciiTheme="majorHAnsi" w:hAnsiTheme="majorHAnsi" w:cstheme="majorHAnsi"/>
          <w:lang w:val="de-CH"/>
        </w:rPr>
        <w:t xml:space="preserve"> https://ict.mygymer.ch</w:t>
      </w:r>
    </w:p>
    <w:p w14:paraId="1E92B07E" w14:textId="0704C088" w:rsidR="001B6107" w:rsidRPr="00623076" w:rsidRDefault="00000000">
      <w:pPr>
        <w:pStyle w:val="Listennummer"/>
        <w:rPr>
          <w:rFonts w:asciiTheme="majorHAnsi" w:hAnsiTheme="majorHAnsi" w:cstheme="majorHAnsi"/>
          <w:lang w:val="de-CH"/>
        </w:rPr>
      </w:pPr>
      <w:r w:rsidRPr="00623076">
        <w:rPr>
          <w:rFonts w:asciiTheme="majorHAnsi" w:hAnsiTheme="majorHAnsi" w:cstheme="majorHAnsi"/>
          <w:lang w:val="de-CH"/>
        </w:rPr>
        <w:t>Halte [</w:t>
      </w:r>
      <w:proofErr w:type="spellStart"/>
      <w:r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Pr="00623076">
        <w:rPr>
          <w:rFonts w:asciiTheme="majorHAnsi" w:hAnsiTheme="majorHAnsi" w:cstheme="majorHAnsi"/>
          <w:lang w:val="de-CH"/>
        </w:rPr>
        <w:t>] gedrückt und klicke auf den Link, um ihn zu öffnen.</w:t>
      </w:r>
    </w:p>
    <w:p w14:paraId="7C89A35E" w14:textId="20F25501" w:rsidR="001B6107" w:rsidRDefault="0076292A">
      <w:pPr>
        <w:pStyle w:val="Listennummer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>Drücke</w:t>
      </w:r>
      <w:r w:rsidRPr="00623076">
        <w:rPr>
          <w:rFonts w:asciiTheme="majorHAnsi" w:hAnsiTheme="majorHAnsi" w:cstheme="majorHAnsi"/>
          <w:lang w:val="de-CH"/>
        </w:rPr>
        <w:t xml:space="preserve"> [</w:t>
      </w:r>
      <w:proofErr w:type="spellStart"/>
      <w:r w:rsidRPr="00623076">
        <w:rPr>
          <w:rFonts w:asciiTheme="majorHAnsi" w:hAnsiTheme="majorHAnsi" w:cstheme="majorHAnsi"/>
          <w:lang w:val="de-CH"/>
        </w:rPr>
        <w:t>Ctrl</w:t>
      </w:r>
      <w:proofErr w:type="spellEnd"/>
      <w:r w:rsidRPr="00623076">
        <w:rPr>
          <w:rFonts w:asciiTheme="majorHAnsi" w:hAnsiTheme="majorHAnsi" w:cstheme="majorHAnsi"/>
          <w:lang w:val="de-CH"/>
        </w:rPr>
        <w:t>] + [N], um ein neues Word-Dokument zu öffnen.</w:t>
      </w:r>
      <w:r>
        <w:rPr>
          <w:rFonts w:asciiTheme="majorHAnsi" w:hAnsiTheme="majorHAnsi" w:cstheme="majorHAnsi"/>
          <w:lang w:val="de-CH"/>
        </w:rPr>
        <w:t xml:space="preserve"> </w:t>
      </w:r>
      <w:r w:rsidRPr="00623076">
        <w:rPr>
          <w:rFonts w:asciiTheme="majorHAnsi" w:hAnsiTheme="majorHAnsi" w:cstheme="majorHAnsi"/>
          <w:lang w:val="de-CH"/>
        </w:rPr>
        <w:t xml:space="preserve">Schreibe dort </w:t>
      </w:r>
      <w:r>
        <w:rPr>
          <w:rFonts w:asciiTheme="majorHAnsi" w:hAnsiTheme="majorHAnsi" w:cstheme="majorHAnsi"/>
          <w:lang w:val="de-CH"/>
        </w:rPr>
        <w:t>«</w:t>
      </w:r>
      <w:r w:rsidRPr="00623076">
        <w:rPr>
          <w:rFonts w:asciiTheme="majorHAnsi" w:hAnsiTheme="majorHAnsi" w:cstheme="majorHAnsi"/>
          <w:lang w:val="de-CH"/>
        </w:rPr>
        <w:t>Zweites Dokument</w:t>
      </w:r>
      <w:r>
        <w:rPr>
          <w:rFonts w:asciiTheme="majorHAnsi" w:hAnsiTheme="majorHAnsi" w:cstheme="majorHAnsi"/>
          <w:lang w:val="de-CH"/>
        </w:rPr>
        <w:t>»</w:t>
      </w:r>
      <w:r w:rsidRPr="00623076">
        <w:rPr>
          <w:rFonts w:asciiTheme="majorHAnsi" w:hAnsiTheme="majorHAnsi" w:cstheme="majorHAnsi"/>
          <w:lang w:val="de-CH"/>
        </w:rPr>
        <w:t xml:space="preserve"> hinein und speichere es</w:t>
      </w:r>
      <w:r>
        <w:rPr>
          <w:rFonts w:asciiTheme="majorHAnsi" w:hAnsiTheme="majorHAnsi" w:cstheme="majorHAnsi"/>
          <w:lang w:val="de-CH"/>
        </w:rPr>
        <w:t xml:space="preserve"> mit</w:t>
      </w:r>
      <w:r w:rsidR="00971AC5">
        <w:rPr>
          <w:rFonts w:asciiTheme="majorHAnsi" w:hAnsiTheme="majorHAnsi" w:cstheme="majorHAnsi"/>
          <w:lang w:val="de-CH"/>
        </w:rPr>
        <w:t xml:space="preserve"> [</w:t>
      </w:r>
      <w:proofErr w:type="spellStart"/>
      <w:r w:rsidR="00971AC5">
        <w:rPr>
          <w:rFonts w:asciiTheme="majorHAnsi" w:hAnsiTheme="majorHAnsi" w:cstheme="majorHAnsi"/>
          <w:lang w:val="de-CH"/>
        </w:rPr>
        <w:t>Ctrl</w:t>
      </w:r>
      <w:proofErr w:type="spellEnd"/>
      <w:r w:rsidR="00971AC5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>+</w:t>
      </w:r>
      <w:r w:rsidR="00B55AEC">
        <w:rPr>
          <w:rFonts w:asciiTheme="majorHAnsi" w:hAnsiTheme="majorHAnsi" w:cstheme="majorHAnsi"/>
          <w:lang w:val="de-CH"/>
        </w:rPr>
        <w:t>[</w:t>
      </w:r>
      <w:r>
        <w:rPr>
          <w:rFonts w:asciiTheme="majorHAnsi" w:hAnsiTheme="majorHAnsi" w:cstheme="majorHAnsi"/>
          <w:lang w:val="de-CH"/>
        </w:rPr>
        <w:t>S</w:t>
      </w:r>
      <w:r w:rsidR="00B55AEC">
        <w:rPr>
          <w:rFonts w:asciiTheme="majorHAnsi" w:hAnsiTheme="majorHAnsi" w:cstheme="majorHAnsi"/>
          <w:lang w:val="de-CH"/>
        </w:rPr>
        <w:t>]</w:t>
      </w:r>
      <w:r>
        <w:rPr>
          <w:rFonts w:asciiTheme="majorHAnsi" w:hAnsiTheme="majorHAnsi" w:cstheme="majorHAnsi"/>
          <w:lang w:val="de-CH"/>
        </w:rPr>
        <w:t xml:space="preserve"> im Informatik Ordner</w:t>
      </w:r>
      <w:r w:rsidRPr="00623076">
        <w:rPr>
          <w:rFonts w:asciiTheme="majorHAnsi" w:hAnsiTheme="majorHAnsi" w:cstheme="majorHAnsi"/>
          <w:lang w:val="de-CH"/>
        </w:rPr>
        <w:t>.</w:t>
      </w:r>
    </w:p>
    <w:p w14:paraId="3B8A86C2" w14:textId="3234F9C7" w:rsidR="00A20F3C" w:rsidRDefault="00A20F3C" w:rsidP="00A20F3C">
      <w:pPr>
        <w:pStyle w:val="Listennummer"/>
        <w:numPr>
          <w:ilvl w:val="0"/>
          <w:numId w:val="0"/>
        </w:numPr>
        <w:ind w:left="360" w:hanging="360"/>
        <w:rPr>
          <w:rFonts w:asciiTheme="majorHAnsi" w:hAnsiTheme="majorHAnsi" w:cstheme="majorHAnsi"/>
          <w:lang w:val="de-CH"/>
        </w:rPr>
      </w:pPr>
    </w:p>
    <w:p w14:paraId="3B899E8B" w14:textId="77777777" w:rsidR="00A20F3C" w:rsidRDefault="00A20F3C">
      <w:pPr>
        <w:rPr>
          <w:rFonts w:asciiTheme="majorHAnsi" w:hAnsiTheme="majorHAnsi" w:cstheme="majorHAnsi"/>
          <w:b/>
          <w:bCs/>
          <w:lang w:val="de-CH"/>
        </w:rPr>
      </w:pPr>
      <w:r>
        <w:rPr>
          <w:rFonts w:asciiTheme="majorHAnsi" w:hAnsiTheme="majorHAnsi" w:cstheme="majorHAnsi"/>
          <w:b/>
          <w:bCs/>
          <w:lang w:val="de-CH"/>
        </w:rPr>
        <w:br w:type="page"/>
      </w:r>
    </w:p>
    <w:p w14:paraId="5C123A10" w14:textId="424A6821" w:rsidR="00A20F3C" w:rsidRDefault="00A20F3C" w:rsidP="00A20F3C">
      <w:pPr>
        <w:pStyle w:val="Listennummer"/>
        <w:numPr>
          <w:ilvl w:val="0"/>
          <w:numId w:val="0"/>
        </w:numPr>
        <w:ind w:left="360" w:hanging="360"/>
        <w:rPr>
          <w:rFonts w:asciiTheme="majorHAnsi" w:hAnsiTheme="majorHAnsi" w:cstheme="majorHAnsi"/>
          <w:b/>
          <w:bCs/>
          <w:lang w:val="de-CH"/>
        </w:rPr>
      </w:pPr>
      <w:r>
        <w:rPr>
          <w:rFonts w:asciiTheme="majorHAnsi" w:hAnsiTheme="majorHAnsi" w:cstheme="majorHAnsi"/>
          <w:b/>
          <w:bCs/>
          <w:lang w:val="de-CH"/>
        </w:rPr>
        <w:lastRenderedPageBreak/>
        <w:t>Sonderzeichen</w:t>
      </w:r>
    </w:p>
    <w:p w14:paraId="1D16CC12" w14:textId="77777777" w:rsidR="00A20F3C" w:rsidRDefault="00A20F3C" w:rsidP="00A20F3C">
      <w:pPr>
        <w:pStyle w:val="Listennummer"/>
        <w:numPr>
          <w:ilvl w:val="0"/>
          <w:numId w:val="0"/>
        </w:numPr>
        <w:ind w:left="360" w:hanging="360"/>
        <w:rPr>
          <w:rFonts w:asciiTheme="majorHAnsi" w:hAnsiTheme="majorHAnsi" w:cstheme="majorHAnsi"/>
          <w:lang w:val="de-CH"/>
        </w:rPr>
      </w:pPr>
    </w:p>
    <w:p w14:paraId="054FCF22" w14:textId="4A3940C8" w:rsidR="00A20F3C" w:rsidRDefault="00A20F3C">
      <w:pPr>
        <w:pStyle w:val="Listennummer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>Bitte erzeugen Sie den folgenden Text, indem Sie die Sonderzeichen einfügen!</w:t>
      </w:r>
      <w:r w:rsidR="004740BA">
        <w:rPr>
          <w:rFonts w:asciiTheme="majorHAnsi" w:hAnsiTheme="majorHAnsi" w:cstheme="majorHAnsi"/>
          <w:lang w:val="de-CH"/>
        </w:rPr>
        <w:t xml:space="preserve"> Tipp: Bewege dieses Dokument auf die linke Hälfte des Bildschirms und betrachte im Browser die </w:t>
      </w:r>
      <w:r w:rsidR="00802CA7">
        <w:rPr>
          <w:rFonts w:asciiTheme="majorHAnsi" w:hAnsiTheme="majorHAnsi" w:cstheme="majorHAnsi"/>
          <w:lang w:val="de-CH"/>
        </w:rPr>
        <w:t>T</w:t>
      </w:r>
      <w:r w:rsidR="004740BA">
        <w:rPr>
          <w:rFonts w:asciiTheme="majorHAnsi" w:hAnsiTheme="majorHAnsi" w:cstheme="majorHAnsi"/>
          <w:lang w:val="de-CH"/>
        </w:rPr>
        <w:t>abelle</w:t>
      </w:r>
      <w:r w:rsidR="00802CA7">
        <w:rPr>
          <w:rFonts w:asciiTheme="majorHAnsi" w:hAnsiTheme="majorHAnsi" w:cstheme="majorHAnsi"/>
          <w:lang w:val="de-CH"/>
        </w:rPr>
        <w:t xml:space="preserve"> mit den Sonderzeichen</w:t>
      </w:r>
      <w:r w:rsidR="004740BA">
        <w:rPr>
          <w:rFonts w:asciiTheme="majorHAnsi" w:hAnsiTheme="majorHAnsi" w:cstheme="majorHAnsi"/>
          <w:lang w:val="de-CH"/>
        </w:rPr>
        <w:t xml:space="preserve">. </w:t>
      </w:r>
    </w:p>
    <w:p w14:paraId="56EDAE6C" w14:textId="1ED79781" w:rsidR="00D54469" w:rsidRDefault="00D54469" w:rsidP="00D54469">
      <w:pPr>
        <w:pStyle w:val="Listennummer"/>
        <w:numPr>
          <w:ilvl w:val="0"/>
          <w:numId w:val="0"/>
        </w:numPr>
        <w:rPr>
          <w:rFonts w:asciiTheme="majorHAnsi" w:hAnsiTheme="majorHAnsi" w:cstheme="majorHAnsi"/>
          <w:lang w:val="de-CH"/>
        </w:rPr>
      </w:pPr>
    </w:p>
    <w:p w14:paraId="7660AC6C" w14:textId="14248E48" w:rsidR="00D54469" w:rsidRDefault="00D54469" w:rsidP="00575F37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noProof/>
          <w:lang w:val="de-CH"/>
        </w:rPr>
        <w:drawing>
          <wp:inline distT="0" distB="0" distL="0" distR="0" wp14:anchorId="597317E7" wp14:editId="7F470951">
            <wp:extent cx="5486400" cy="3074670"/>
            <wp:effectExtent l="0" t="0" r="0" b="0"/>
            <wp:docPr id="45619052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90522" name="Grafik 4561905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0FFA6" w14:textId="77777777" w:rsidR="00D54469" w:rsidRDefault="00D54469" w:rsidP="00575F37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</w:p>
    <w:p w14:paraId="7439705C" w14:textId="1ACC5BDF" w:rsidR="00575F37" w:rsidRDefault="00575F37" w:rsidP="00575F37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>Lieber Franois</w:t>
      </w:r>
    </w:p>
    <w:p w14:paraId="047FCA0E" w14:textId="77777777" w:rsidR="00575F37" w:rsidRDefault="00575F37" w:rsidP="00575F37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</w:p>
    <w:p w14:paraId="361754F2" w14:textId="4E5DA1E0" w:rsidR="00575F37" w:rsidRPr="00575F37" w:rsidRDefault="00575F37" w:rsidP="00575F37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 xml:space="preserve">Bezüglich der Agenda, die du an meine andere Mailadresse </w:t>
      </w:r>
      <w:r w:rsidR="00D54469">
        <w:rPr>
          <w:rFonts w:asciiTheme="majorHAnsi" w:hAnsiTheme="majorHAnsi" w:cstheme="majorHAnsi"/>
          <w:lang w:val="de-CH"/>
        </w:rPr>
        <w:t>max.mustermannmygymer.ch</w:t>
      </w:r>
      <w:r>
        <w:rPr>
          <w:rFonts w:asciiTheme="majorHAnsi" w:hAnsiTheme="majorHAnsi" w:cstheme="majorHAnsi"/>
          <w:lang w:val="de-CH"/>
        </w:rPr>
        <w:t xml:space="preserve"> geschickt hast, habe ich noch Fragen zu den Punkten 2 und 5. </w:t>
      </w:r>
    </w:p>
    <w:p w14:paraId="31F769A0" w14:textId="6420B805" w:rsidR="00575F37" w:rsidRDefault="00575F37" w:rsidP="00575F37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>Du findest meine Anmerkungen</w:t>
      </w:r>
      <w:r w:rsidRPr="00575F37">
        <w:rPr>
          <w:rFonts w:asciiTheme="majorHAnsi" w:hAnsiTheme="majorHAnsi" w:cstheme="majorHAnsi"/>
          <w:lang w:val="de-CH"/>
        </w:rPr>
        <w:t xml:space="preserve"> </w:t>
      </w:r>
      <w:r>
        <w:rPr>
          <w:rFonts w:asciiTheme="majorHAnsi" w:hAnsiTheme="majorHAnsi" w:cstheme="majorHAnsi"/>
          <w:lang w:val="de-CH"/>
        </w:rPr>
        <w:t xml:space="preserve">in der Cloud </w:t>
      </w:r>
      <w:r w:rsidRPr="00575F37">
        <w:rPr>
          <w:rFonts w:asciiTheme="majorHAnsi" w:hAnsiTheme="majorHAnsi" w:cstheme="majorHAnsi"/>
          <w:lang w:val="de-CH"/>
        </w:rPr>
        <w:t xml:space="preserve">unter </w:t>
      </w:r>
      <w:proofErr w:type="gramStart"/>
      <w:r w:rsidRPr="00575F37">
        <w:rPr>
          <w:rFonts w:asciiTheme="majorHAnsi" w:hAnsiTheme="majorHAnsi" w:cstheme="majorHAnsi"/>
          <w:lang w:val="de-CH"/>
        </w:rPr>
        <w:t>Dokumente</w:t>
      </w:r>
      <w:r>
        <w:rPr>
          <w:rFonts w:asciiTheme="majorHAnsi" w:hAnsiTheme="majorHAnsi" w:cstheme="majorHAnsi"/>
          <w:lang w:val="de-CH"/>
        </w:rPr>
        <w:t xml:space="preserve">  </w:t>
      </w:r>
      <w:r w:rsidRPr="00575F37">
        <w:rPr>
          <w:rFonts w:asciiTheme="majorHAnsi" w:hAnsiTheme="majorHAnsi" w:cstheme="majorHAnsi"/>
          <w:lang w:val="de-CH"/>
        </w:rPr>
        <w:t>Besprechungsprotokolle</w:t>
      </w:r>
      <w:proofErr w:type="gramEnd"/>
      <w:r>
        <w:rPr>
          <w:rFonts w:asciiTheme="majorHAnsi" w:hAnsiTheme="majorHAnsi" w:cstheme="majorHAnsi"/>
          <w:lang w:val="de-CH"/>
        </w:rPr>
        <w:t xml:space="preserve">. </w:t>
      </w:r>
    </w:p>
    <w:p w14:paraId="766A5FAF" w14:textId="3271DD3D" w:rsidR="00575F37" w:rsidRPr="00575F37" w:rsidRDefault="00575F37" w:rsidP="00575F37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 xml:space="preserve">Die Firma </w:t>
      </w:r>
      <w:proofErr w:type="gramStart"/>
      <w:r>
        <w:rPr>
          <w:rFonts w:asciiTheme="majorHAnsi" w:hAnsiTheme="majorHAnsi" w:cstheme="majorHAnsi"/>
          <w:lang w:val="de-CH"/>
        </w:rPr>
        <w:t>Fred  George</w:t>
      </w:r>
      <w:proofErr w:type="gramEnd"/>
      <w:r>
        <w:rPr>
          <w:rFonts w:asciiTheme="majorHAnsi" w:hAnsiTheme="majorHAnsi" w:cstheme="majorHAnsi"/>
          <w:lang w:val="de-CH"/>
        </w:rPr>
        <w:t xml:space="preserve"> gewährt uns einen Rabatt von </w:t>
      </w:r>
      <w:proofErr w:type="gramStart"/>
      <w:r w:rsidRPr="00575F37">
        <w:rPr>
          <w:rFonts w:asciiTheme="majorHAnsi" w:hAnsiTheme="majorHAnsi" w:cstheme="majorHAnsi"/>
          <w:lang w:val="de-CH"/>
        </w:rPr>
        <w:t>20 </w:t>
      </w:r>
      <w:r>
        <w:rPr>
          <w:rFonts w:asciiTheme="majorHAnsi" w:hAnsiTheme="majorHAnsi" w:cstheme="majorHAnsi"/>
          <w:lang w:val="de-CH"/>
        </w:rPr>
        <w:t>,</w:t>
      </w:r>
      <w:proofErr w:type="gramEnd"/>
      <w:r>
        <w:rPr>
          <w:rFonts w:asciiTheme="majorHAnsi" w:hAnsiTheme="majorHAnsi" w:cstheme="majorHAnsi"/>
          <w:lang w:val="de-CH"/>
        </w:rPr>
        <w:t xml:space="preserve"> wobei der Prei mit der Formel </w:t>
      </w:r>
      <w:proofErr w:type="gramStart"/>
      <w:r w:rsidRPr="00575F37">
        <w:rPr>
          <w:rFonts w:asciiTheme="majorHAnsi" w:hAnsiTheme="majorHAnsi" w:cstheme="majorHAnsi"/>
          <w:lang w:val="de-CH"/>
        </w:rPr>
        <w:t xml:space="preserve">x  </w:t>
      </w:r>
      <w:r>
        <w:rPr>
          <w:rFonts w:asciiTheme="majorHAnsi" w:hAnsiTheme="majorHAnsi" w:cstheme="majorHAnsi"/>
          <w:lang w:val="de-CH"/>
        </w:rPr>
        <w:t>3</w:t>
      </w:r>
      <w:proofErr w:type="gramEnd"/>
      <w:r w:rsidRPr="00575F37">
        <w:rPr>
          <w:rFonts w:asciiTheme="majorHAnsi" w:hAnsiTheme="majorHAnsi" w:cstheme="majorHAnsi"/>
          <w:lang w:val="de-CH"/>
        </w:rPr>
        <w:t>(a + b)</w:t>
      </w:r>
      <w:proofErr w:type="gramStart"/>
      <w:r>
        <w:rPr>
          <w:rFonts w:asciiTheme="majorHAnsi" w:hAnsiTheme="majorHAnsi" w:cstheme="majorHAnsi"/>
          <w:lang w:val="de-CH"/>
        </w:rPr>
        <w:t>2</w:t>
      </w:r>
      <w:r w:rsidRPr="00575F37">
        <w:rPr>
          <w:rFonts w:asciiTheme="majorHAnsi" w:hAnsiTheme="majorHAnsi" w:cstheme="majorHAnsi"/>
          <w:lang w:val="de-CH"/>
        </w:rPr>
        <w:t xml:space="preserve">  2</w:t>
      </w:r>
      <w:proofErr w:type="gramEnd"/>
      <w:r>
        <w:rPr>
          <w:rFonts w:asciiTheme="majorHAnsi" w:hAnsiTheme="majorHAnsi" w:cstheme="majorHAnsi"/>
          <w:lang w:val="de-CH"/>
        </w:rPr>
        <w:t xml:space="preserve"> berechnet wird.</w:t>
      </w:r>
    </w:p>
    <w:p w14:paraId="69E5AB77" w14:textId="507D0CAF" w:rsidR="00575F37" w:rsidRPr="00575F37" w:rsidRDefault="00575F37" w:rsidP="00575F37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 w:rsidRPr="00575F37">
        <w:rPr>
          <w:rFonts w:asciiTheme="majorHAnsi" w:hAnsiTheme="majorHAnsi" w:cstheme="majorHAnsi"/>
          <w:lang w:val="de-CH"/>
        </w:rPr>
        <w:t xml:space="preserve">Die </w:t>
      </w:r>
      <w:r>
        <w:rPr>
          <w:rFonts w:asciiTheme="majorHAnsi" w:hAnsiTheme="majorHAnsi" w:cstheme="majorHAnsi"/>
          <w:lang w:val="de-CH"/>
        </w:rPr>
        <w:t>Punkte</w:t>
      </w:r>
      <w:r w:rsidRPr="00575F37">
        <w:rPr>
          <w:rFonts w:asciiTheme="majorHAnsi" w:hAnsiTheme="majorHAnsi" w:cstheme="majorHAnsi"/>
          <w:lang w:val="de-CH"/>
        </w:rPr>
        <w:t xml:space="preserve"> Pünktlichkeit ist wichtig und Ordnung ist das halbe Leben gelten weiterhin.</w:t>
      </w:r>
    </w:p>
    <w:p w14:paraId="1FA97DD9" w14:textId="2F23B8D9" w:rsidR="00575F37" w:rsidRDefault="00575F37" w:rsidP="00D54469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>Beachten Sie auch den Link</w:t>
      </w:r>
      <w:r w:rsidRPr="00575F37">
        <w:rPr>
          <w:rFonts w:asciiTheme="majorHAnsi" w:hAnsiTheme="majorHAnsi" w:cstheme="majorHAnsi"/>
          <w:lang w:val="de-CH"/>
        </w:rPr>
        <w:t xml:space="preserve">: </w:t>
      </w:r>
      <w:r w:rsidR="00D54469">
        <w:rPr>
          <w:rFonts w:asciiTheme="majorHAnsi" w:hAnsiTheme="majorHAnsi" w:cstheme="majorHAnsi"/>
          <w:lang w:val="de-CH"/>
        </w:rPr>
        <w:t>https://schule.ch/info/kursplan und geben Sie mir kurz eine «</w:t>
      </w:r>
      <w:proofErr w:type="gramStart"/>
      <w:r w:rsidRPr="00575F37">
        <w:rPr>
          <w:rFonts w:asciiTheme="majorHAnsi" w:hAnsiTheme="majorHAnsi" w:cstheme="majorHAnsi"/>
          <w:lang w:val="de-CH"/>
        </w:rPr>
        <w:t>ja  nein</w:t>
      </w:r>
      <w:proofErr w:type="gramEnd"/>
      <w:r w:rsidR="00D54469">
        <w:rPr>
          <w:rFonts w:asciiTheme="majorHAnsi" w:hAnsiTheme="majorHAnsi" w:cstheme="majorHAnsi"/>
          <w:lang w:val="de-CH"/>
        </w:rPr>
        <w:t>» Rückmeldung, ob Sie am Essen teilnehmen</w:t>
      </w:r>
      <w:r w:rsidRPr="00575F37">
        <w:rPr>
          <w:rFonts w:asciiTheme="majorHAnsi" w:hAnsiTheme="majorHAnsi" w:cstheme="majorHAnsi"/>
          <w:lang w:val="de-CH"/>
        </w:rPr>
        <w:t>.</w:t>
      </w:r>
    </w:p>
    <w:p w14:paraId="05CAE81F" w14:textId="5C65C51A" w:rsidR="00A20F3C" w:rsidRDefault="00D54469" w:rsidP="00D54469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 xml:space="preserve">Für den Samstag erwarten wir Temperaturen von </w:t>
      </w:r>
      <w:proofErr w:type="gramStart"/>
      <w:r w:rsidR="00575F37" w:rsidRPr="00575F37">
        <w:rPr>
          <w:rFonts w:asciiTheme="majorHAnsi" w:hAnsiTheme="majorHAnsi" w:cstheme="majorHAnsi"/>
          <w:lang w:val="de-CH"/>
        </w:rPr>
        <w:t>20 </w:t>
      </w:r>
      <w:r>
        <w:rPr>
          <w:rFonts w:asciiTheme="majorHAnsi" w:hAnsiTheme="majorHAnsi" w:cstheme="majorHAnsi"/>
          <w:lang w:val="de-CH"/>
        </w:rPr>
        <w:t>,</w:t>
      </w:r>
      <w:proofErr w:type="gramEnd"/>
      <w:r>
        <w:rPr>
          <w:rFonts w:asciiTheme="majorHAnsi" w:hAnsiTheme="majorHAnsi" w:cstheme="majorHAnsi"/>
          <w:lang w:val="de-CH"/>
        </w:rPr>
        <w:t xml:space="preserve"> ein Hemd reicht also.</w:t>
      </w:r>
    </w:p>
    <w:p w14:paraId="4A8B2195" w14:textId="77777777" w:rsidR="00D54469" w:rsidRDefault="00D54469" w:rsidP="00D54469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</w:p>
    <w:p w14:paraId="0E18D412" w14:textId="47474F9C" w:rsidR="00D54469" w:rsidRDefault="00D54469" w:rsidP="00D54469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 xml:space="preserve">Schöne </w:t>
      </w:r>
      <w:proofErr w:type="spellStart"/>
      <w:r>
        <w:rPr>
          <w:rFonts w:asciiTheme="majorHAnsi" w:hAnsiTheme="majorHAnsi" w:cstheme="majorHAnsi"/>
          <w:lang w:val="de-CH"/>
        </w:rPr>
        <w:t>Grüe</w:t>
      </w:r>
      <w:proofErr w:type="spellEnd"/>
    </w:p>
    <w:p w14:paraId="0FBE2475" w14:textId="7BBAB4C5" w:rsidR="00D54469" w:rsidRDefault="00D54469" w:rsidP="00D54469">
      <w:pPr>
        <w:pStyle w:val="Listennummer"/>
        <w:numPr>
          <w:ilvl w:val="0"/>
          <w:numId w:val="0"/>
        </w:numPr>
        <w:ind w:left="360"/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t>Max</w:t>
      </w:r>
    </w:p>
    <w:p w14:paraId="429A7407" w14:textId="77777777" w:rsidR="00A20F3C" w:rsidRPr="00A20F3C" w:rsidRDefault="00A20F3C" w:rsidP="00A20F3C">
      <w:pPr>
        <w:pStyle w:val="Listennummer"/>
        <w:numPr>
          <w:ilvl w:val="0"/>
          <w:numId w:val="0"/>
        </w:numPr>
        <w:ind w:left="360" w:hanging="360"/>
        <w:rPr>
          <w:rFonts w:asciiTheme="majorHAnsi" w:hAnsiTheme="majorHAnsi" w:cstheme="majorHAnsi"/>
          <w:lang w:val="de-CH"/>
        </w:rPr>
      </w:pPr>
    </w:p>
    <w:sectPr w:rsidR="00A20F3C" w:rsidRPr="00A20F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6291655">
    <w:abstractNumId w:val="8"/>
  </w:num>
  <w:num w:numId="2" w16cid:durableId="866522185">
    <w:abstractNumId w:val="6"/>
  </w:num>
  <w:num w:numId="3" w16cid:durableId="1767572581">
    <w:abstractNumId w:val="5"/>
  </w:num>
  <w:num w:numId="4" w16cid:durableId="408424887">
    <w:abstractNumId w:val="4"/>
  </w:num>
  <w:num w:numId="5" w16cid:durableId="1094088830">
    <w:abstractNumId w:val="7"/>
  </w:num>
  <w:num w:numId="6" w16cid:durableId="644166185">
    <w:abstractNumId w:val="3"/>
  </w:num>
  <w:num w:numId="7" w16cid:durableId="1631743028">
    <w:abstractNumId w:val="2"/>
  </w:num>
  <w:num w:numId="8" w16cid:durableId="833647499">
    <w:abstractNumId w:val="1"/>
  </w:num>
  <w:num w:numId="9" w16cid:durableId="166469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985"/>
    <w:rsid w:val="00093799"/>
    <w:rsid w:val="000A66CB"/>
    <w:rsid w:val="001158EB"/>
    <w:rsid w:val="0015074B"/>
    <w:rsid w:val="001B6107"/>
    <w:rsid w:val="001B7E62"/>
    <w:rsid w:val="0029639D"/>
    <w:rsid w:val="002F2A7A"/>
    <w:rsid w:val="00326F90"/>
    <w:rsid w:val="004740BA"/>
    <w:rsid w:val="00494604"/>
    <w:rsid w:val="00575F37"/>
    <w:rsid w:val="00623076"/>
    <w:rsid w:val="006D1950"/>
    <w:rsid w:val="0076292A"/>
    <w:rsid w:val="007A104A"/>
    <w:rsid w:val="00802CA7"/>
    <w:rsid w:val="00971AC5"/>
    <w:rsid w:val="00A20F3C"/>
    <w:rsid w:val="00A22D14"/>
    <w:rsid w:val="00AA1D8D"/>
    <w:rsid w:val="00B47730"/>
    <w:rsid w:val="00B55AEC"/>
    <w:rsid w:val="00BC5DDE"/>
    <w:rsid w:val="00CB0664"/>
    <w:rsid w:val="00D3744E"/>
    <w:rsid w:val="00D54469"/>
    <w:rsid w:val="00D62FC2"/>
    <w:rsid w:val="00D71394"/>
    <w:rsid w:val="00D864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1C90A49"/>
  <w14:defaultImageDpi w14:val="300"/>
  <w15:docId w15:val="{4547E742-2CD0-5F4C-809E-C8339035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49460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460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946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Pantenburg Laurenz</cp:lastModifiedBy>
  <cp:revision>2</cp:revision>
  <dcterms:created xsi:type="dcterms:W3CDTF">2025-07-14T11:08:00Z</dcterms:created>
  <dcterms:modified xsi:type="dcterms:W3CDTF">2025-07-14T11:08:00Z</dcterms:modified>
  <cp:category/>
</cp:coreProperties>
</file>